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16BF7" w14:textId="0E90EDC3" w:rsidR="004E6F84" w:rsidRPr="002339CC" w:rsidRDefault="002339CC" w:rsidP="002339CC">
      <w:pPr>
        <w:jc w:val="right"/>
        <w:rPr>
          <w:rFonts w:ascii="Aptos Narrow" w:hAnsi="Aptos Narrow"/>
          <w:sz w:val="24"/>
          <w:szCs w:val="24"/>
        </w:rPr>
      </w:pPr>
      <w:r w:rsidRPr="0047285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8FE00BE" wp14:editId="736F6DF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90625" cy="1045210"/>
            <wp:effectExtent l="0" t="0" r="9525" b="2540"/>
            <wp:wrapNone/>
            <wp:docPr id="1270091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31" r="13579" b="17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39CC">
        <w:rPr>
          <w:rFonts w:ascii="Aptos Narrow" w:hAnsi="Aptos Narrow"/>
          <w:b/>
          <w:sz w:val="24"/>
          <w:szCs w:val="24"/>
        </w:rPr>
        <w:t>College of Liberal Arts</w:t>
      </w:r>
      <w:r w:rsidRPr="002339CC">
        <w:rPr>
          <w:rFonts w:ascii="Aptos Narrow" w:hAnsi="Aptos Narrow"/>
          <w:b/>
          <w:sz w:val="24"/>
          <w:szCs w:val="24"/>
        </w:rPr>
        <w:br/>
      </w:r>
      <w:r w:rsidR="00000000" w:rsidRPr="002339CC">
        <w:rPr>
          <w:rFonts w:ascii="Aptos Narrow" w:hAnsi="Aptos Narrow"/>
          <w:b/>
          <w:sz w:val="24"/>
          <w:szCs w:val="24"/>
        </w:rPr>
        <w:t>[Event Name]</w:t>
      </w:r>
      <w:r w:rsidR="00000000" w:rsidRPr="002339CC">
        <w:rPr>
          <w:rFonts w:ascii="Aptos Narrow" w:hAnsi="Aptos Narrow"/>
          <w:b/>
          <w:sz w:val="24"/>
          <w:szCs w:val="24"/>
        </w:rPr>
        <w:br/>
      </w:r>
      <w:r w:rsidR="00000000" w:rsidRPr="002339CC">
        <w:rPr>
          <w:rFonts w:ascii="Aptos Narrow" w:hAnsi="Aptos Narrow"/>
          <w:sz w:val="24"/>
          <w:szCs w:val="24"/>
        </w:rPr>
        <w:t>[Day of Week], [Month] [Day], [Year]</w:t>
      </w:r>
      <w:r w:rsidR="00000000" w:rsidRPr="002339CC">
        <w:rPr>
          <w:rFonts w:ascii="Aptos Narrow" w:hAnsi="Aptos Narrow"/>
          <w:sz w:val="24"/>
          <w:szCs w:val="24"/>
        </w:rPr>
        <w:br/>
      </w:r>
      <w:r w:rsidR="00000000" w:rsidRPr="002339CC">
        <w:rPr>
          <w:rFonts w:ascii="Aptos Narrow" w:hAnsi="Aptos Narrow"/>
          <w:sz w:val="24"/>
          <w:szCs w:val="24"/>
        </w:rPr>
        <w:br/>
        <w:t>[Start Time] – [Opening/Reception]</w:t>
      </w:r>
      <w:r w:rsidR="00000000" w:rsidRPr="002339CC">
        <w:rPr>
          <w:rFonts w:ascii="Aptos Narrow" w:hAnsi="Aptos Narrow"/>
          <w:sz w:val="24"/>
          <w:szCs w:val="24"/>
        </w:rPr>
        <w:br/>
        <w:t>[Program Start Time] – Program Begins</w:t>
      </w:r>
      <w:r w:rsidR="00000000" w:rsidRPr="002339CC">
        <w:rPr>
          <w:rFonts w:ascii="Aptos Narrow" w:hAnsi="Aptos Narrow"/>
          <w:sz w:val="24"/>
          <w:szCs w:val="24"/>
        </w:rPr>
        <w:br/>
        <w:t>[End Time] – Program Concludes</w:t>
      </w:r>
      <w:r w:rsidR="00000000" w:rsidRPr="002339CC">
        <w:rPr>
          <w:rFonts w:ascii="Aptos Narrow" w:hAnsi="Aptos Narrow"/>
          <w:sz w:val="24"/>
          <w:szCs w:val="24"/>
        </w:rPr>
        <w:br/>
      </w:r>
      <w:r w:rsidR="00000000" w:rsidRPr="002339CC">
        <w:rPr>
          <w:rFonts w:ascii="Aptos Narrow" w:hAnsi="Aptos Narrow"/>
          <w:sz w:val="24"/>
          <w:szCs w:val="24"/>
        </w:rPr>
        <w:br/>
      </w:r>
      <w:r w:rsidR="00000000" w:rsidRPr="002339CC">
        <w:rPr>
          <w:rFonts w:ascii="Aptos Narrow" w:hAnsi="Aptos Narrow"/>
          <w:b/>
          <w:sz w:val="24"/>
          <w:szCs w:val="24"/>
        </w:rPr>
        <w:t>Venue</w:t>
      </w:r>
      <w:r w:rsidR="00000000" w:rsidRPr="002339CC">
        <w:rPr>
          <w:rFonts w:ascii="Aptos Narrow" w:hAnsi="Aptos Narrow"/>
          <w:b/>
          <w:sz w:val="24"/>
          <w:szCs w:val="24"/>
        </w:rPr>
        <w:br/>
      </w:r>
      <w:r w:rsidR="00000000" w:rsidRPr="002339CC">
        <w:rPr>
          <w:rFonts w:ascii="Aptos Narrow" w:hAnsi="Aptos Narrow"/>
          <w:sz w:val="24"/>
          <w:szCs w:val="24"/>
        </w:rPr>
        <w:t>[Venue Name]</w:t>
      </w:r>
      <w:r w:rsidR="00000000" w:rsidRPr="002339CC">
        <w:rPr>
          <w:rFonts w:ascii="Aptos Narrow" w:hAnsi="Aptos Narrow"/>
          <w:sz w:val="24"/>
          <w:szCs w:val="24"/>
        </w:rPr>
        <w:br/>
        <w:t>[Street Address]</w:t>
      </w:r>
      <w:r w:rsidR="00000000" w:rsidRPr="002339CC">
        <w:rPr>
          <w:rFonts w:ascii="Aptos Narrow" w:hAnsi="Aptos Narrow"/>
          <w:sz w:val="24"/>
          <w:szCs w:val="24"/>
        </w:rPr>
        <w:br/>
        <w:t>[City, State ZIP]</w:t>
      </w:r>
    </w:p>
    <w:p w14:paraId="6AF799CD" w14:textId="20E1F5F0" w:rsidR="004E6F84" w:rsidRPr="002339CC" w:rsidRDefault="00000000" w:rsidP="002339CC">
      <w:pPr>
        <w:rPr>
          <w:rFonts w:ascii="Aptos Narrow" w:hAnsi="Aptos Narrow"/>
          <w:b/>
          <w:bCs/>
          <w:sz w:val="24"/>
          <w:szCs w:val="24"/>
          <w:u w:val="single"/>
        </w:rPr>
      </w:pPr>
      <w:r w:rsidRPr="002339CC">
        <w:rPr>
          <w:rFonts w:ascii="Aptos Narrow" w:hAnsi="Aptos Narrow"/>
          <w:b/>
          <w:bCs/>
          <w:sz w:val="24"/>
          <w:szCs w:val="24"/>
          <w:u w:val="single"/>
        </w:rPr>
        <w:t>RUN OF SHOW</w:t>
      </w:r>
    </w:p>
    <w:p w14:paraId="37D43AB8" w14:textId="77777777" w:rsidR="004E6F84" w:rsidRPr="002339CC" w:rsidRDefault="00000000">
      <w:pPr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b/>
          <w:sz w:val="24"/>
          <w:szCs w:val="24"/>
        </w:rPr>
        <w:t>[Time] | Venue Access &amp; Event Setup</w:t>
      </w:r>
    </w:p>
    <w:p w14:paraId="63DD7863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 xml:space="preserve">Event staff arrive and begin </w:t>
      </w:r>
      <w:proofErr w:type="gramStart"/>
      <w:r w:rsidRPr="002339CC">
        <w:rPr>
          <w:rFonts w:ascii="Aptos Narrow" w:hAnsi="Aptos Narrow"/>
          <w:sz w:val="24"/>
          <w:szCs w:val="24"/>
        </w:rPr>
        <w:t>setup</w:t>
      </w:r>
      <w:proofErr w:type="gramEnd"/>
      <w:r w:rsidRPr="002339CC">
        <w:rPr>
          <w:rFonts w:ascii="Aptos Narrow" w:hAnsi="Aptos Narrow"/>
          <w:sz w:val="24"/>
          <w:szCs w:val="24"/>
        </w:rPr>
        <w:t>.</w:t>
      </w:r>
    </w:p>
    <w:p w14:paraId="42605C1C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Vendors arrive and begin setup.</w:t>
      </w:r>
    </w:p>
    <w:p w14:paraId="05BA7877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Set up registration table (if applicable).</w:t>
      </w:r>
    </w:p>
    <w:p w14:paraId="5DAC1BFC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Place signage, programs, name tags, and giveaways.</w:t>
      </w:r>
    </w:p>
    <w:p w14:paraId="2EBA7993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Complete A/V check and test microphones, presentation, music, and lighting.</w:t>
      </w:r>
    </w:p>
    <w:p w14:paraId="42D6CCE0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Conduct final walkthrough with event lead, speakers, and vendors.</w:t>
      </w:r>
    </w:p>
    <w:p w14:paraId="457E8A5C" w14:textId="77777777" w:rsidR="004E6F84" w:rsidRPr="002339CC" w:rsidRDefault="00000000">
      <w:pPr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b/>
          <w:sz w:val="24"/>
          <w:szCs w:val="24"/>
        </w:rPr>
        <w:t>[Time] | Early Check-In &amp; Registration</w:t>
      </w:r>
    </w:p>
    <w:p w14:paraId="228ED539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Guest check-in opens.</w:t>
      </w:r>
    </w:p>
    <w:p w14:paraId="5C96B177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Staff greet guests and provide directions, programs, or name badges.</w:t>
      </w:r>
    </w:p>
    <w:p w14:paraId="1C230031" w14:textId="77777777" w:rsidR="004E6F84" w:rsidRPr="002339CC" w:rsidRDefault="00000000">
      <w:pPr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b/>
          <w:sz w:val="24"/>
          <w:szCs w:val="24"/>
        </w:rPr>
        <w:t>[Time] | Reception / Networking (Optional)</w:t>
      </w:r>
    </w:p>
    <w:p w14:paraId="05CB291A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proofErr w:type="gramStart"/>
      <w:r w:rsidRPr="002339CC">
        <w:rPr>
          <w:rFonts w:ascii="Aptos Narrow" w:hAnsi="Aptos Narrow"/>
          <w:sz w:val="24"/>
          <w:szCs w:val="24"/>
        </w:rPr>
        <w:t>Event officially opens</w:t>
      </w:r>
      <w:proofErr w:type="gramEnd"/>
      <w:r w:rsidRPr="002339CC">
        <w:rPr>
          <w:rFonts w:ascii="Aptos Narrow" w:hAnsi="Aptos Narrow"/>
          <w:sz w:val="24"/>
          <w:szCs w:val="24"/>
        </w:rPr>
        <w:t xml:space="preserve"> to guests.</w:t>
      </w:r>
    </w:p>
    <w:p w14:paraId="5DF480FE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Background music begins (if applicable).</w:t>
      </w:r>
    </w:p>
    <w:p w14:paraId="0805731C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Food and beverage service opens.</w:t>
      </w:r>
    </w:p>
    <w:p w14:paraId="541D9CB0" w14:textId="77777777" w:rsidR="004E6F84" w:rsidRPr="002339CC" w:rsidRDefault="00000000">
      <w:pPr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b/>
          <w:sz w:val="24"/>
          <w:szCs w:val="24"/>
        </w:rPr>
        <w:t>[Time] | Transition to Program</w:t>
      </w:r>
    </w:p>
    <w:p w14:paraId="0F10E987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Announcement reminding guests to take their seats.</w:t>
      </w:r>
    </w:p>
    <w:p w14:paraId="16DB8E80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 xml:space="preserve">Verify speakers are ready and microphones are </w:t>
      </w:r>
      <w:proofErr w:type="gramStart"/>
      <w:r w:rsidRPr="002339CC">
        <w:rPr>
          <w:rFonts w:ascii="Aptos Narrow" w:hAnsi="Aptos Narrow"/>
          <w:sz w:val="24"/>
          <w:szCs w:val="24"/>
        </w:rPr>
        <w:t>live</w:t>
      </w:r>
      <w:proofErr w:type="gramEnd"/>
      <w:r w:rsidRPr="002339CC">
        <w:rPr>
          <w:rFonts w:ascii="Aptos Narrow" w:hAnsi="Aptos Narrow"/>
          <w:sz w:val="24"/>
          <w:szCs w:val="24"/>
        </w:rPr>
        <w:t>.</w:t>
      </w:r>
    </w:p>
    <w:p w14:paraId="7FF68FA6" w14:textId="77777777" w:rsidR="004E6F84" w:rsidRPr="002339CC" w:rsidRDefault="00000000">
      <w:pPr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b/>
          <w:sz w:val="24"/>
          <w:szCs w:val="24"/>
        </w:rPr>
        <w:t>[Time] | Opening Remarks</w:t>
      </w:r>
    </w:p>
    <w:p w14:paraId="30F1DAA0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Welcome guests.</w:t>
      </w:r>
    </w:p>
    <w:p w14:paraId="495D07C3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Recognize sponsors, partners, special guests, or donors.</w:t>
      </w:r>
    </w:p>
    <w:p w14:paraId="10FFA34D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Provide event overview and housekeeping information.</w:t>
      </w:r>
    </w:p>
    <w:p w14:paraId="3A28842F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Introduce the next speaker or presenter.</w:t>
      </w:r>
    </w:p>
    <w:p w14:paraId="3F63D64B" w14:textId="77777777" w:rsidR="004E6F84" w:rsidRPr="002339CC" w:rsidRDefault="00000000">
      <w:pPr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b/>
          <w:sz w:val="24"/>
          <w:szCs w:val="24"/>
        </w:rPr>
        <w:lastRenderedPageBreak/>
        <w:t>[Time] | Program / Presentation</w:t>
      </w:r>
    </w:p>
    <w:p w14:paraId="7420BF34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 xml:space="preserve">Introduce </w:t>
      </w:r>
      <w:proofErr w:type="gramStart"/>
      <w:r w:rsidRPr="002339CC">
        <w:rPr>
          <w:rFonts w:ascii="Aptos Narrow" w:hAnsi="Aptos Narrow"/>
          <w:sz w:val="24"/>
          <w:szCs w:val="24"/>
        </w:rPr>
        <w:t>speaker</w:t>
      </w:r>
      <w:proofErr w:type="gramEnd"/>
      <w:r w:rsidRPr="002339CC">
        <w:rPr>
          <w:rFonts w:ascii="Aptos Narrow" w:hAnsi="Aptos Narrow"/>
          <w:sz w:val="24"/>
          <w:szCs w:val="24"/>
        </w:rPr>
        <w:t>(s), panelists, or performers.</w:t>
      </w:r>
    </w:p>
    <w:p w14:paraId="2754246E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Present program content.</w:t>
      </w:r>
    </w:p>
    <w:p w14:paraId="62065139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Facilitate Q&amp;A or audience interaction (if applicable).</w:t>
      </w:r>
    </w:p>
    <w:p w14:paraId="2766D991" w14:textId="77777777" w:rsidR="004E6F84" w:rsidRPr="002339CC" w:rsidRDefault="00000000">
      <w:pPr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b/>
          <w:sz w:val="24"/>
          <w:szCs w:val="24"/>
        </w:rPr>
        <w:t>[Time] | Closing Remarks</w:t>
      </w:r>
    </w:p>
    <w:p w14:paraId="2FB54BB2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Thank speakers, sponsors, staff, volunteers, and attendees.</w:t>
      </w:r>
    </w:p>
    <w:p w14:paraId="5925B218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Share any final announcements or upcoming events.</w:t>
      </w:r>
    </w:p>
    <w:p w14:paraId="162E3909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Invite guests to continue networking (if applicable).</w:t>
      </w:r>
    </w:p>
    <w:p w14:paraId="064EBA7B" w14:textId="77777777" w:rsidR="004E6F84" w:rsidRPr="002339CC" w:rsidRDefault="00000000">
      <w:pPr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b/>
          <w:sz w:val="24"/>
          <w:szCs w:val="24"/>
        </w:rPr>
        <w:t>[Time] | Networking / Reception (Optional)</w:t>
      </w:r>
    </w:p>
    <w:p w14:paraId="1554BA9B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Guests mingle with speakers, staff, and attendees.</w:t>
      </w:r>
    </w:p>
    <w:p w14:paraId="6E878F71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Refreshments continue to be available.</w:t>
      </w:r>
    </w:p>
    <w:p w14:paraId="6196D8A9" w14:textId="77777777" w:rsidR="004E6F84" w:rsidRPr="002339CC" w:rsidRDefault="00000000">
      <w:pPr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b/>
          <w:sz w:val="24"/>
          <w:szCs w:val="24"/>
        </w:rPr>
        <w:t>[Time] | Event Concludes &amp; Breakdown</w:t>
      </w:r>
    </w:p>
    <w:p w14:paraId="7302B9E9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Guests depart.</w:t>
      </w:r>
    </w:p>
    <w:p w14:paraId="4AA31CC6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Staff and vendors begin cleanup.</w:t>
      </w:r>
    </w:p>
    <w:p w14:paraId="6E93BEF4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Remove signage, registration materials, and equipment.</w:t>
      </w:r>
    </w:p>
    <w:p w14:paraId="35118D7A" w14:textId="77777777" w:rsidR="004E6F84" w:rsidRPr="002339CC" w:rsidRDefault="00000000">
      <w:pPr>
        <w:pStyle w:val="ListBullet"/>
        <w:rPr>
          <w:rFonts w:ascii="Aptos Narrow" w:hAnsi="Aptos Narrow"/>
          <w:sz w:val="24"/>
          <w:szCs w:val="24"/>
        </w:rPr>
      </w:pPr>
      <w:r w:rsidRPr="002339CC">
        <w:rPr>
          <w:rFonts w:ascii="Aptos Narrow" w:hAnsi="Aptos Narrow"/>
          <w:sz w:val="24"/>
          <w:szCs w:val="24"/>
        </w:rPr>
        <w:t>Complete final venue walkthrough before departure.</w:t>
      </w:r>
    </w:p>
    <w:sectPr w:rsidR="004E6F84" w:rsidRPr="002339CC" w:rsidSect="002339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0192859">
    <w:abstractNumId w:val="8"/>
  </w:num>
  <w:num w:numId="2" w16cid:durableId="440540321">
    <w:abstractNumId w:val="6"/>
  </w:num>
  <w:num w:numId="3" w16cid:durableId="1453479283">
    <w:abstractNumId w:val="5"/>
  </w:num>
  <w:num w:numId="4" w16cid:durableId="829367277">
    <w:abstractNumId w:val="4"/>
  </w:num>
  <w:num w:numId="5" w16cid:durableId="1474711353">
    <w:abstractNumId w:val="7"/>
  </w:num>
  <w:num w:numId="6" w16cid:durableId="1282767762">
    <w:abstractNumId w:val="3"/>
  </w:num>
  <w:num w:numId="7" w16cid:durableId="2113275752">
    <w:abstractNumId w:val="2"/>
  </w:num>
  <w:num w:numId="8" w16cid:durableId="436756009">
    <w:abstractNumId w:val="1"/>
  </w:num>
  <w:num w:numId="9" w16cid:durableId="1016425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39CC"/>
    <w:rsid w:val="0029639D"/>
    <w:rsid w:val="00326F90"/>
    <w:rsid w:val="004E6F84"/>
    <w:rsid w:val="0083277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769410"/>
  <w14:defaultImageDpi w14:val="300"/>
  <w15:docId w15:val="{BBEC5387-B00C-46CB-B2CA-833B08F2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David Jair Jabiles</cp:lastModifiedBy>
  <cp:revision>2</cp:revision>
  <dcterms:created xsi:type="dcterms:W3CDTF">2013-12-23T23:15:00Z</dcterms:created>
  <dcterms:modified xsi:type="dcterms:W3CDTF">2026-06-30T17:54:00Z</dcterms:modified>
  <cp:category/>
</cp:coreProperties>
</file>